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DF1D0" w14:textId="717E0787" w:rsidR="00BD1454" w:rsidRDefault="004E5155">
      <w:pPr>
        <w:jc w:val="center"/>
      </w:pPr>
      <w:r>
        <w:rPr>
          <w:b/>
          <w:sz w:val="24"/>
        </w:rPr>
        <w:t>LITTLE COLORADO SANITARY DISTRICT</w:t>
      </w:r>
    </w:p>
    <w:p w14:paraId="0092A42A" w14:textId="77777777" w:rsidR="00BD1454" w:rsidRDefault="00000000">
      <w:pPr>
        <w:jc w:val="center"/>
      </w:pPr>
      <w:r>
        <w:rPr>
          <w:b/>
          <w:sz w:val="28"/>
        </w:rPr>
        <w:t>SOLIDS SEPARATION TANK INSPECTION FORM</w:t>
      </w:r>
    </w:p>
    <w:p w14:paraId="14B08C71" w14:textId="58F85B45" w:rsidR="00BD1454" w:rsidRDefault="00000000">
      <w:pPr>
        <w:spacing w:after="80"/>
        <w:jc w:val="center"/>
      </w:pPr>
      <w:r>
        <w:rPr>
          <w:sz w:val="18"/>
        </w:rPr>
        <w:t>(</w:t>
      </w:r>
      <w:r w:rsidR="00A45FB8">
        <w:rPr>
          <w:sz w:val="18"/>
        </w:rPr>
        <w:t>Manual Write-In Form -</w:t>
      </w:r>
      <w:r>
        <w:rPr>
          <w:sz w:val="18"/>
        </w:rPr>
        <w:t xml:space="preserve"> </w:t>
      </w:r>
      <w:r w:rsidR="004E5155">
        <w:rPr>
          <w:sz w:val="18"/>
        </w:rPr>
        <w:t>September</w:t>
      </w:r>
      <w:r>
        <w:rPr>
          <w:sz w:val="18"/>
        </w:rPr>
        <w:t xml:space="preserve"> 202</w:t>
      </w:r>
      <w:r w:rsidR="004E5155">
        <w:rPr>
          <w:sz w:val="18"/>
        </w:rPr>
        <w:t>6</w:t>
      </w:r>
      <w:r>
        <w:rPr>
          <w:sz w:val="18"/>
        </w:rPr>
        <w:t>)</w:t>
      </w:r>
    </w:p>
    <w:tbl>
      <w:tblPr>
        <w:tblW w:w="0" w:type="auto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  <w:gridCol w:w="20"/>
      </w:tblGrid>
      <w:tr w:rsidR="00BD1454" w14:paraId="583534FB" w14:textId="77777777">
        <w:trPr>
          <w:gridAfter w:val="1"/>
          <w:wAfter w:w="20" w:type="dxa"/>
          <w:cantSplit/>
        </w:trPr>
        <w:tc>
          <w:tcPr>
            <w:tcW w:w="1065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0892D5" w14:textId="77777777" w:rsidR="00BD1454" w:rsidRDefault="00000000">
            <w:pPr>
              <w:jc w:val="center"/>
            </w:pPr>
            <w:r>
              <w:rPr>
                <w:b/>
                <w:sz w:val="20"/>
              </w:rPr>
              <w:t>NOTICE REGARDING INSPECTION REQUIREMENTS</w:t>
            </w:r>
          </w:p>
          <w:p w14:paraId="67F5DB2B" w14:textId="77777777" w:rsidR="00BD1454" w:rsidRDefault="00000000">
            <w:pPr>
              <w:spacing w:before="40" w:after="40"/>
            </w:pPr>
            <w:r>
              <w:t>Under Article II, Section 2(D) of the District's Third Amended Rules and Regulations, all Solids Separation Tanks (SSTs) must be inspected every 8 years. Inspections include: (1) Measurement of scum and sludge to determine pumping need; and (2) Structural Integrity Inspection (if tank is pumped). Regardless of sludge/scum findings, a full pumping and structural inspection is required at least every 16 years.</w:t>
            </w:r>
          </w:p>
          <w:p w14:paraId="5DE5E46D" w14:textId="77777777" w:rsidR="00BD1454" w:rsidRDefault="00000000">
            <w:pPr>
              <w:spacing w:before="40" w:after="40"/>
            </w:pPr>
            <w:r>
              <w:t>Structures with grease traps or interceptors must have their SSTs inspected annually and must include: (1) Measurement of scum and sludge to determine pumping need; and (2) Structural Integrity Inspection (if tank is pumped). Regardless of sludge/scum findings, a full pumping and structural inspection is required at least every 4 years.</w:t>
            </w:r>
          </w:p>
          <w:p w14:paraId="57790156" w14:textId="77777777" w:rsidR="00BD1454" w:rsidRDefault="00000000">
            <w:pPr>
              <w:spacing w:before="40" w:after="40"/>
            </w:pPr>
            <w:r>
              <w:t>If pumping is required at an 8-year inspection, or at a 4-year inspection for structures with grease traps or interceptors, the structural inspection must be performed at the same time. Failure to comply may result in enforcement action.</w:t>
            </w:r>
          </w:p>
        </w:tc>
      </w:tr>
      <w:tr w:rsidR="00BD1454" w14:paraId="4F31071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56" w:type="dxa"/>
            <w:gridSpan w:val="3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3E5AE0" w14:textId="77777777" w:rsidR="00BD1454" w:rsidRDefault="00000000">
            <w:pPr>
              <w:keepNext/>
            </w:pPr>
            <w:r>
              <w:rPr>
                <w:b/>
                <w:sz w:val="21"/>
              </w:rPr>
              <w:t>1. Property Information</w:t>
            </w:r>
          </w:p>
        </w:tc>
      </w:tr>
      <w:tr w:rsidR="00BD1454" w14:paraId="1C5A59DC" w14:textId="77777777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cantSplit/>
        </w:trPr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19E735" w14:textId="77777777" w:rsidR="00BD1454" w:rsidRDefault="00000000">
            <w:pPr>
              <w:spacing w:after="20"/>
            </w:pPr>
            <w:r>
              <w:rPr>
                <w:b/>
              </w:rPr>
              <w:t xml:space="preserve">Property Address: </w:t>
            </w:r>
            <w:r>
              <w:t>____________________</w:t>
            </w:r>
            <w:r w:rsidR="004E5155">
              <w:t>____________</w:t>
            </w:r>
          </w:p>
          <w:p w14:paraId="26EA9ECE" w14:textId="405BF95F" w:rsidR="004E5155" w:rsidRDefault="004E5155">
            <w:pPr>
              <w:spacing w:after="20"/>
            </w:pPr>
            <w:r>
              <w:t>________________________________________________</w:t>
            </w:r>
          </w:p>
        </w:tc>
        <w:tc>
          <w:tcPr>
            <w:tcW w:w="5328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DB1251" w14:textId="77777777" w:rsidR="00BD1454" w:rsidRDefault="00000000">
            <w:pPr>
              <w:spacing w:after="20"/>
            </w:pPr>
            <w:r>
              <w:rPr>
                <w:b/>
              </w:rPr>
              <w:t xml:space="preserve">Tax Parcel No.: </w:t>
            </w:r>
            <w:r>
              <w:t>_____________________</w:t>
            </w:r>
          </w:p>
        </w:tc>
      </w:tr>
      <w:tr w:rsidR="00BD1454" w14:paraId="23D34B8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56" w:type="dxa"/>
            <w:gridSpan w:val="3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361BBF" w14:textId="77777777" w:rsidR="00BD1454" w:rsidRDefault="00000000">
            <w:pPr>
              <w:keepNext/>
            </w:pPr>
            <w:r>
              <w:rPr>
                <w:b/>
                <w:sz w:val="21"/>
              </w:rPr>
              <w:t>2. Current Owner Information</w:t>
            </w:r>
          </w:p>
        </w:tc>
      </w:tr>
      <w:tr w:rsidR="00BD1454" w14:paraId="6C6B479A" w14:textId="77777777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05250C" w14:textId="06FEAD31" w:rsidR="00BD1454" w:rsidRDefault="00000000">
            <w:pPr>
              <w:spacing w:after="20"/>
            </w:pPr>
            <w:r>
              <w:rPr>
                <w:b/>
              </w:rPr>
              <w:t xml:space="preserve">Owner Name: </w:t>
            </w:r>
            <w:r>
              <w:t>_______________________</w:t>
            </w:r>
            <w:r w:rsidR="004E5155">
              <w:t>______________________</w:t>
            </w:r>
          </w:p>
        </w:tc>
      </w:tr>
      <w:tr w:rsidR="00BD1454" w14:paraId="19C9803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56" w:type="dxa"/>
            <w:gridSpan w:val="3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A6BDBA" w14:textId="77777777" w:rsidR="00BD1454" w:rsidRDefault="00000000">
            <w:pPr>
              <w:keepNext/>
            </w:pPr>
            <w:r>
              <w:rPr>
                <w:b/>
                <w:sz w:val="21"/>
              </w:rPr>
              <w:t>3. Inspector Information</w:t>
            </w:r>
          </w:p>
        </w:tc>
      </w:tr>
      <w:tr w:rsidR="00BD1454" w14:paraId="552DE05A" w14:textId="77777777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cantSplit/>
        </w:trPr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493458" w14:textId="744B302A" w:rsidR="00BD1454" w:rsidRDefault="00000000">
            <w:pPr>
              <w:spacing w:after="20"/>
            </w:pPr>
            <w:r>
              <w:rPr>
                <w:b/>
              </w:rPr>
              <w:t xml:space="preserve">Inspector: </w:t>
            </w:r>
            <w:r>
              <w:t>_______________________</w:t>
            </w:r>
            <w:r w:rsidR="004E5155">
              <w:t>_________</w:t>
            </w:r>
          </w:p>
        </w:tc>
        <w:tc>
          <w:tcPr>
            <w:tcW w:w="5328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69F6CD" w14:textId="77777777" w:rsidR="00BD1454" w:rsidRDefault="00000000">
            <w:pPr>
              <w:spacing w:after="20"/>
            </w:pPr>
            <w:r>
              <w:rPr>
                <w:b/>
              </w:rPr>
              <w:t xml:space="preserve">License #: </w:t>
            </w:r>
            <w:r>
              <w:t>_______________________</w:t>
            </w:r>
          </w:p>
        </w:tc>
      </w:tr>
      <w:tr w:rsidR="00BD1454" w14:paraId="7742B1F8" w14:textId="77777777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cantSplit/>
        </w:trPr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04BA48" w14:textId="1E15523A" w:rsidR="00BD1454" w:rsidRDefault="00000000">
            <w:pPr>
              <w:spacing w:after="20"/>
            </w:pPr>
            <w:r>
              <w:rPr>
                <w:b/>
              </w:rPr>
              <w:t xml:space="preserve">Company: </w:t>
            </w:r>
            <w:r>
              <w:t>________________________</w:t>
            </w:r>
            <w:r w:rsidR="004E5155">
              <w:t>________</w:t>
            </w:r>
          </w:p>
        </w:tc>
        <w:tc>
          <w:tcPr>
            <w:tcW w:w="5328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6B30FA" w14:textId="77777777" w:rsidR="00BD1454" w:rsidRDefault="00000000">
            <w:pPr>
              <w:spacing w:after="20"/>
            </w:pPr>
            <w:r>
              <w:rPr>
                <w:b/>
              </w:rPr>
              <w:t xml:space="preserve">Phone: </w:t>
            </w:r>
            <w:r>
              <w:t>_________________________</w:t>
            </w:r>
          </w:p>
        </w:tc>
      </w:tr>
      <w:tr w:rsidR="00BD1454" w14:paraId="5EA88425" w14:textId="77777777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B27E6A" w14:textId="1CEBC67F" w:rsidR="00BD1454" w:rsidRDefault="00000000">
            <w:pPr>
              <w:spacing w:after="20"/>
            </w:pPr>
            <w:r>
              <w:rPr>
                <w:b/>
              </w:rPr>
              <w:t xml:space="preserve">Email: </w:t>
            </w:r>
            <w:r>
              <w:t>_________________________</w:t>
            </w:r>
            <w:r w:rsidR="004E5155">
              <w:t>_________________</w:t>
            </w:r>
          </w:p>
        </w:tc>
      </w:tr>
      <w:tr w:rsidR="00BD1454" w14:paraId="645F872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56" w:type="dxa"/>
            <w:gridSpan w:val="3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E25EE7" w14:textId="77777777" w:rsidR="00BD1454" w:rsidRDefault="00000000">
            <w:pPr>
              <w:keepNext/>
            </w:pPr>
            <w:r>
              <w:rPr>
                <w:b/>
                <w:sz w:val="21"/>
              </w:rPr>
              <w:t>4. Site and Usage Information</w:t>
            </w:r>
          </w:p>
        </w:tc>
      </w:tr>
      <w:tr w:rsidR="00BD1454" w14:paraId="230CD038" w14:textId="77777777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CFD435" w14:textId="77777777" w:rsidR="00BD1454" w:rsidRDefault="00000000">
            <w:r>
              <w:rPr>
                <w:b/>
              </w:rPr>
              <w:t xml:space="preserve">Use: </w:t>
            </w:r>
            <w:r>
              <w:t>☐ Residential   ☐ Commercial        # Tanks: __________________</w:t>
            </w:r>
          </w:p>
        </w:tc>
      </w:tr>
      <w:tr w:rsidR="00BD1454" w14:paraId="40D01314" w14:textId="77777777" w:rsidTr="00753E4F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cantSplit/>
          <w:trHeight w:val="302"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9CBB74" w14:textId="29ACC122" w:rsidR="00BD1454" w:rsidRDefault="00000000">
            <w:r>
              <w:rPr>
                <w:b/>
              </w:rPr>
              <w:t xml:space="preserve">Grease Trap? </w:t>
            </w:r>
            <w:r>
              <w:t>☐ Yes   ☐ No        Occu</w:t>
            </w:r>
            <w:r w:rsidR="00753E4F">
              <w:t>p</w:t>
            </w:r>
            <w:r>
              <w:t>ancy:  ☐ Full   ☐ Seasonal   ☐ Intermittent</w:t>
            </w:r>
          </w:p>
        </w:tc>
      </w:tr>
      <w:tr w:rsidR="00BD1454" w14:paraId="7788A7D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56" w:type="dxa"/>
            <w:gridSpan w:val="3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78BA1D" w14:textId="77777777" w:rsidR="00BD1454" w:rsidRDefault="00000000">
            <w:pPr>
              <w:keepNext/>
            </w:pPr>
            <w:r>
              <w:rPr>
                <w:b/>
                <w:sz w:val="21"/>
              </w:rPr>
              <w:t>5. Tank Inspection &amp; Pumping Information</w:t>
            </w:r>
          </w:p>
        </w:tc>
      </w:tr>
      <w:tr w:rsidR="00BD1454" w14:paraId="77D39417" w14:textId="77777777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cantSplit/>
        </w:trPr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9B39D2" w14:textId="30B2644D" w:rsidR="00BD1454" w:rsidRDefault="00000000">
            <w:pPr>
              <w:spacing w:after="20"/>
            </w:pPr>
            <w:r>
              <w:rPr>
                <w:b/>
              </w:rPr>
              <w:t xml:space="preserve">Date of last inspection: </w:t>
            </w:r>
            <w:r>
              <w:t>________________</w:t>
            </w:r>
            <w:r w:rsidR="004E5155">
              <w:t>______</w:t>
            </w:r>
          </w:p>
        </w:tc>
        <w:tc>
          <w:tcPr>
            <w:tcW w:w="5328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0603FB" w14:textId="1E2FA991" w:rsidR="00BD1454" w:rsidRDefault="00000000">
            <w:pPr>
              <w:spacing w:after="20"/>
            </w:pPr>
            <w:r>
              <w:rPr>
                <w:b/>
              </w:rPr>
              <w:t xml:space="preserve">Date of last pumping: </w:t>
            </w:r>
            <w:r>
              <w:t>__________________</w:t>
            </w:r>
            <w:r w:rsidR="004E5155">
              <w:t>_____</w:t>
            </w:r>
          </w:p>
        </w:tc>
      </w:tr>
      <w:tr w:rsidR="00BD1454" w14:paraId="565DF203" w14:textId="77777777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cantSplit/>
        </w:trPr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E52361" w14:textId="77777777" w:rsidR="00BD1454" w:rsidRDefault="00000000">
            <w:r>
              <w:rPr>
                <w:b/>
              </w:rPr>
              <w:t>Scum Thickness (SC):</w:t>
            </w:r>
          </w:p>
        </w:tc>
        <w:tc>
          <w:tcPr>
            <w:tcW w:w="5328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8AFECE" w14:textId="70362801" w:rsidR="00BD1454" w:rsidRDefault="00000000">
            <w:r>
              <w:t>________________</w:t>
            </w:r>
            <w:r w:rsidR="004E5155">
              <w:t>____</w:t>
            </w:r>
            <w:r>
              <w:t xml:space="preserve">   inches</w:t>
            </w:r>
          </w:p>
        </w:tc>
      </w:tr>
      <w:tr w:rsidR="00BD1454" w14:paraId="4C306AB6" w14:textId="77777777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cantSplit/>
        </w:trPr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1A3A60" w14:textId="77777777" w:rsidR="00BD1454" w:rsidRDefault="00000000">
            <w:r>
              <w:rPr>
                <w:b/>
              </w:rPr>
              <w:t>Sludge Thickness (SL):</w:t>
            </w:r>
          </w:p>
        </w:tc>
        <w:tc>
          <w:tcPr>
            <w:tcW w:w="5328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3E5430" w14:textId="7B75563F" w:rsidR="00BD1454" w:rsidRDefault="00000000">
            <w:r>
              <w:t>________________</w:t>
            </w:r>
            <w:r w:rsidR="004E5155">
              <w:t>____</w:t>
            </w:r>
            <w:r>
              <w:t xml:space="preserve">   inches</w:t>
            </w:r>
          </w:p>
        </w:tc>
      </w:tr>
      <w:tr w:rsidR="00BD1454" w14:paraId="651B9D1C" w14:textId="77777777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cantSplit/>
        </w:trPr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7AA793" w14:textId="77777777" w:rsidR="00BD1454" w:rsidRDefault="00000000">
            <w:r>
              <w:rPr>
                <w:b/>
              </w:rPr>
              <w:t>Liquid Depth (DW):</w:t>
            </w:r>
          </w:p>
        </w:tc>
        <w:tc>
          <w:tcPr>
            <w:tcW w:w="5328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7B9BFB" w14:textId="21F58AE8" w:rsidR="00BD1454" w:rsidRDefault="00000000">
            <w:r>
              <w:t>________________</w:t>
            </w:r>
            <w:r w:rsidR="004E5155">
              <w:t>____</w:t>
            </w:r>
            <w:r>
              <w:t xml:space="preserve">   inches</w:t>
            </w:r>
          </w:p>
        </w:tc>
      </w:tr>
    </w:tbl>
    <w:p w14:paraId="6F672C76" w14:textId="77777777" w:rsidR="00BD1454" w:rsidRDefault="00000000">
      <w:pPr>
        <w:spacing w:before="60" w:after="60"/>
      </w:pPr>
      <w:r>
        <w:rPr>
          <w:b/>
        </w:rPr>
        <w:t>If (SC + SL) / DW &gt; 33%  →  Tank must be pumped.</w:t>
      </w:r>
    </w:p>
    <w:tbl>
      <w:tblPr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  <w:gridCol w:w="10"/>
      </w:tblGrid>
      <w:tr w:rsidR="00BD1454" w14:paraId="789BBB14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219D48" w14:textId="77777777" w:rsidR="00BD1454" w:rsidRDefault="00000000">
            <w:pPr>
              <w:spacing w:after="20"/>
            </w:pPr>
            <w:r>
              <w:rPr>
                <w:b/>
              </w:rPr>
              <w:t xml:space="preserve">Top of scum to top of outlet baffle (SBT) - If &lt;1 inch, pump: </w:t>
            </w:r>
            <w:r>
              <w:t>____________</w:t>
            </w:r>
          </w:p>
        </w:tc>
      </w:tr>
      <w:tr w:rsidR="00BD1454" w14:paraId="7FBE67AE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64EC00" w14:textId="77777777" w:rsidR="00BD1454" w:rsidRDefault="00000000">
            <w:pPr>
              <w:spacing w:after="20"/>
            </w:pPr>
            <w:r>
              <w:rPr>
                <w:b/>
              </w:rPr>
              <w:t xml:space="preserve">Bottom of scum to bottom of outlet baffle (SBB) - If &lt;3 inches, pump: </w:t>
            </w:r>
            <w:r>
              <w:t>____________</w:t>
            </w:r>
          </w:p>
        </w:tc>
      </w:tr>
      <w:tr w:rsidR="00BD1454" w14:paraId="7C12212E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9C7A71" w14:textId="77777777" w:rsidR="00BD1454" w:rsidRDefault="00000000">
            <w:r>
              <w:rPr>
                <w:b/>
              </w:rPr>
              <w:t xml:space="preserve">Was the tank pumped? </w:t>
            </w:r>
            <w:r>
              <w:t xml:space="preserve">☐ Yes   ☐ No   </w:t>
            </w:r>
          </w:p>
        </w:tc>
      </w:tr>
      <w:tr w:rsidR="00BD1454" w14:paraId="511CBCDB" w14:textId="77777777" w:rsidTr="00753E4F">
        <w:trPr>
          <w:cantSplit/>
          <w:trHeight w:val="320"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8FE3A3" w14:textId="5CBC9B70" w:rsidR="00BD1454" w:rsidRDefault="00000000">
            <w:r>
              <w:rPr>
                <w:b/>
              </w:rPr>
              <w:t xml:space="preserve">If No - Reason: </w:t>
            </w:r>
            <w:r>
              <w:t>☐ &lt;33% filled   ☐ Tank not in o</w:t>
            </w:r>
            <w:r w:rsidR="00753E4F">
              <w:t>p</w:t>
            </w:r>
            <w:r>
              <w:t xml:space="preserve">eration   </w:t>
            </w:r>
          </w:p>
        </w:tc>
      </w:tr>
      <w:tr w:rsidR="00BD1454" w14:paraId="6BC17D9D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5BE42C" w14:textId="77777777" w:rsidR="00BD1454" w:rsidRDefault="00000000">
            <w:pPr>
              <w:spacing w:after="20"/>
            </w:pPr>
            <w:r>
              <w:rPr>
                <w:b/>
              </w:rPr>
              <w:t xml:space="preserve">Other reason: </w:t>
            </w:r>
            <w:r>
              <w:t>______________________</w:t>
            </w:r>
            <w:r w:rsidR="004E5155">
              <w:t>______________________________________________________________</w:t>
            </w:r>
          </w:p>
          <w:p w14:paraId="5685F2D3" w14:textId="24A7CF61" w:rsidR="004E5155" w:rsidRDefault="004E5155">
            <w:pPr>
              <w:spacing w:after="20"/>
            </w:pPr>
            <w:r>
              <w:t>________________________________________________________________________________________________</w:t>
            </w:r>
          </w:p>
        </w:tc>
      </w:tr>
      <w:tr w:rsidR="00BD1454" w14:paraId="17F5A43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56" w:type="dxa"/>
            <w:gridSpan w:val="3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FCDEA0" w14:textId="77777777" w:rsidR="00BD1454" w:rsidRDefault="00000000">
            <w:pPr>
              <w:keepNext/>
            </w:pPr>
            <w:r>
              <w:rPr>
                <w:b/>
                <w:sz w:val="21"/>
              </w:rPr>
              <w:t>5. Tank Inspection &amp; Pumping Information - Continued</w:t>
            </w:r>
          </w:p>
        </w:tc>
      </w:tr>
      <w:tr w:rsidR="00BD1454" w14:paraId="2609D504" w14:textId="77777777" w:rsidTr="00753E4F">
        <w:trPr>
          <w:cantSplit/>
          <w:trHeight w:val="473"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AA018A" w14:textId="4F89A81C" w:rsidR="00BD1454" w:rsidRDefault="00000000">
            <w:r>
              <w:rPr>
                <w:b/>
              </w:rPr>
              <w:t xml:space="preserve">Liquid level: </w:t>
            </w:r>
            <w:r>
              <w:t>☐ Normal   ☐ Low   ☐ Hi</w:t>
            </w:r>
            <w:r w:rsidR="00753E4F">
              <w:t>g</w:t>
            </w:r>
            <w:r>
              <w:t xml:space="preserve">h   ☐ Unknown   </w:t>
            </w:r>
          </w:p>
        </w:tc>
      </w:tr>
      <w:tr w:rsidR="00BD1454" w14:paraId="75FD8145" w14:textId="77777777">
        <w:trPr>
          <w:cantSplit/>
        </w:trPr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3DB1AC" w14:textId="702F7F5F" w:rsidR="00BD1454" w:rsidRDefault="00000000">
            <w:pPr>
              <w:spacing w:after="20"/>
            </w:pPr>
            <w:r>
              <w:rPr>
                <w:b/>
              </w:rPr>
              <w:t xml:space="preserve">Depth of soil cover over access port: </w:t>
            </w:r>
            <w:r>
              <w:t>____________</w:t>
            </w:r>
            <w:r w:rsidR="004E5155">
              <w:t>____</w:t>
            </w:r>
          </w:p>
        </w:tc>
        <w:tc>
          <w:tcPr>
            <w:tcW w:w="5328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D60EAA" w14:textId="77777777" w:rsidR="00BD1454" w:rsidRDefault="00000000">
            <w:pPr>
              <w:spacing w:after="20"/>
            </w:pPr>
            <w:r>
              <w:rPr>
                <w:b/>
              </w:rPr>
              <w:t xml:space="preserve">Tank riser: </w:t>
            </w:r>
            <w:r>
              <w:t>☐ Present   ☐ Absent</w:t>
            </w:r>
          </w:p>
        </w:tc>
      </w:tr>
      <w:tr w:rsidR="00BD1454" w14:paraId="75D70065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553B77" w14:textId="7449B4E0" w:rsidR="00BD1454" w:rsidRDefault="00000000">
            <w:r>
              <w:rPr>
                <w:b/>
              </w:rPr>
              <w:lastRenderedPageBreak/>
              <w:t xml:space="preserve">Tank Construction: </w:t>
            </w:r>
            <w:r>
              <w:t>☐ Metal   ☐ Concrete   ☐ Fiber</w:t>
            </w:r>
            <w:r w:rsidR="00753E4F">
              <w:t>g</w:t>
            </w:r>
            <w:r>
              <w:t>lass    Other: __________________________</w:t>
            </w:r>
          </w:p>
        </w:tc>
      </w:tr>
      <w:tr w:rsidR="00BD1454" w14:paraId="6170A674" w14:textId="77777777" w:rsidTr="00753E4F">
        <w:trPr>
          <w:cantSplit/>
          <w:trHeight w:val="365"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371D6C" w14:textId="6456AE8D" w:rsidR="00BD1454" w:rsidRDefault="00000000">
            <w:r>
              <w:rPr>
                <w:b/>
              </w:rPr>
              <w:t xml:space="preserve">Compartments: </w:t>
            </w:r>
            <w:r>
              <w:t>☐ One   ☐ Multi</w:t>
            </w:r>
            <w:r w:rsidR="00753E4F">
              <w:t>p</w:t>
            </w:r>
            <w:r>
              <w:t>le    Ca</w:t>
            </w:r>
            <w:r w:rsidR="00753E4F">
              <w:t>p</w:t>
            </w:r>
            <w:r>
              <w:t>acity (gallons): __________________</w:t>
            </w:r>
          </w:p>
        </w:tc>
      </w:tr>
      <w:tr w:rsidR="00BD1454" w14:paraId="790CC70D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AE9166" w14:textId="77777777" w:rsidR="00BD1454" w:rsidRDefault="00000000">
            <w:r>
              <w:rPr>
                <w:b/>
              </w:rPr>
              <w:t xml:space="preserve">Baffles - Inlet: </w:t>
            </w:r>
            <w:r>
              <w:t>☐ Present   ☐ Absent        Outlet:  ☐ Present   ☐ Absent</w:t>
            </w:r>
          </w:p>
        </w:tc>
      </w:tr>
      <w:tr w:rsidR="00BD1454" w14:paraId="16C60994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3D251F" w14:textId="77777777" w:rsidR="00BD1454" w:rsidRDefault="00000000">
            <w:r>
              <w:rPr>
                <w:b/>
              </w:rPr>
              <w:t xml:space="preserve">Clean-out on outlet side? </w:t>
            </w:r>
            <w:r>
              <w:t>☐ Yes   ☐ No    Distance: __________________________</w:t>
            </w:r>
          </w:p>
        </w:tc>
      </w:tr>
      <w:tr w:rsidR="00BD1454" w14:paraId="746EC5FB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6A3B39" w14:textId="77777777" w:rsidR="00BD1454" w:rsidRDefault="00000000">
            <w:r>
              <w:rPr>
                <w:b/>
              </w:rPr>
              <w:t xml:space="preserve">Effluent filter present/cleaned? </w:t>
            </w:r>
            <w:r>
              <w:t xml:space="preserve">☐ Yes   ☐ No   </w:t>
            </w:r>
          </w:p>
        </w:tc>
      </w:tr>
      <w:tr w:rsidR="00BD1454" w14:paraId="2CB223A9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5C5695" w14:textId="77777777" w:rsidR="00BD1454" w:rsidRDefault="00000000">
            <w:pPr>
              <w:spacing w:after="20"/>
            </w:pPr>
            <w:r>
              <w:rPr>
                <w:b/>
              </w:rPr>
              <w:t xml:space="preserve">Reason if not cleaned: </w:t>
            </w:r>
            <w:r>
              <w:t>_________________</w:t>
            </w:r>
            <w:r w:rsidR="004E5155">
              <w:t>______________________________________________________________</w:t>
            </w:r>
          </w:p>
          <w:p w14:paraId="58AE2AF0" w14:textId="36775048" w:rsidR="004E5155" w:rsidRDefault="004E5155">
            <w:pPr>
              <w:spacing w:after="20"/>
            </w:pPr>
            <w:r>
              <w:t>___________________________________________________________________________________________________</w:t>
            </w:r>
          </w:p>
        </w:tc>
      </w:tr>
      <w:tr w:rsidR="00BD1454" w14:paraId="5BFA7C19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0EE881" w14:textId="77777777" w:rsidR="00BD1454" w:rsidRDefault="00000000">
            <w:r>
              <w:rPr>
                <w:b/>
              </w:rPr>
              <w:t xml:space="preserve">Home pump station? </w:t>
            </w:r>
            <w:r>
              <w:t xml:space="preserve">☐ Yes   ☐ No   </w:t>
            </w:r>
          </w:p>
        </w:tc>
      </w:tr>
      <w:tr w:rsidR="00BD1454" w14:paraId="0F386C55" w14:textId="77777777" w:rsidTr="00753E4F">
        <w:trPr>
          <w:cantSplit/>
          <w:trHeight w:val="329"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779FC1" w14:textId="34AAC44F" w:rsidR="00BD1454" w:rsidRDefault="00000000">
            <w:r>
              <w:rPr>
                <w:b/>
              </w:rPr>
              <w:t xml:space="preserve">Repairs/maintenance </w:t>
            </w:r>
            <w:r w:rsidR="00753E4F">
              <w:rPr>
                <w:b/>
              </w:rPr>
              <w:t>p</w:t>
            </w:r>
            <w:r>
              <w:rPr>
                <w:b/>
              </w:rPr>
              <w:t xml:space="preserve">erformed? </w:t>
            </w:r>
            <w:r>
              <w:t xml:space="preserve">☐ Yes   ☐ No   </w:t>
            </w:r>
          </w:p>
        </w:tc>
      </w:tr>
      <w:tr w:rsidR="00BD1454" w14:paraId="3282DAEA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A0BBB8" w14:textId="522E5523" w:rsidR="00BD1454" w:rsidRDefault="00000000">
            <w:pPr>
              <w:spacing w:after="20"/>
            </w:pPr>
            <w:r>
              <w:rPr>
                <w:b/>
              </w:rPr>
              <w:t xml:space="preserve">Explain: </w:t>
            </w:r>
            <w:r>
              <w:t>________________________</w:t>
            </w:r>
            <w:r w:rsidR="004E5155">
              <w:t>___________________________________________________________________</w:t>
            </w:r>
          </w:p>
          <w:p w14:paraId="7FCA2305" w14:textId="477F1402" w:rsidR="00BD1454" w:rsidRDefault="00000000">
            <w:pPr>
              <w:spacing w:before="20" w:after="20"/>
            </w:pPr>
            <w:r>
              <w:t>________________________________________________</w:t>
            </w:r>
            <w:r w:rsidR="004E5155">
              <w:t xml:space="preserve">___________________________________________________ </w:t>
            </w:r>
          </w:p>
          <w:p w14:paraId="56BB82CA" w14:textId="6470D8FB" w:rsidR="004E5155" w:rsidRDefault="004E5155">
            <w:pPr>
              <w:spacing w:before="20" w:after="20"/>
            </w:pPr>
            <w:r>
              <w:t>___________________________________________________________________________________________________</w:t>
            </w:r>
          </w:p>
          <w:p w14:paraId="6B4E3637" w14:textId="1A02B327" w:rsidR="004E5155" w:rsidRDefault="004E5155">
            <w:pPr>
              <w:spacing w:before="20" w:after="20"/>
            </w:pPr>
          </w:p>
        </w:tc>
      </w:tr>
      <w:tr w:rsidR="00BD1454" w14:paraId="7DFB70C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56" w:type="dxa"/>
            <w:gridSpan w:val="3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150205" w14:textId="77777777" w:rsidR="00BD1454" w:rsidRDefault="00000000">
            <w:pPr>
              <w:keepNext/>
            </w:pPr>
            <w:r>
              <w:rPr>
                <w:b/>
                <w:sz w:val="21"/>
              </w:rPr>
              <w:t>5A. Structural Integrity Inspection (requires pumping)</w:t>
            </w:r>
          </w:p>
        </w:tc>
      </w:tr>
      <w:tr w:rsidR="00BD1454" w14:paraId="10432B54" w14:textId="77777777">
        <w:trPr>
          <w:gridAfter w:val="1"/>
          <w:wAfter w:w="10" w:type="dxa"/>
          <w:cantSplit/>
        </w:trPr>
        <w:tc>
          <w:tcPr>
            <w:tcW w:w="10656" w:type="dxa"/>
            <w:gridSpan w:val="2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2235366" w14:textId="4274FCAC" w:rsidR="00BD1454" w:rsidRDefault="00000000">
            <w:r>
              <w:t>☐ Tank shell/lid sound     ☐ Minor surface issues     ☐ Ma</w:t>
            </w:r>
            <w:r w:rsidR="00753E4F">
              <w:t>j</w:t>
            </w:r>
            <w:r>
              <w:t>or deterioration</w:t>
            </w:r>
          </w:p>
        </w:tc>
      </w:tr>
      <w:tr w:rsidR="00BD1454" w14:paraId="22D9DF49" w14:textId="77777777">
        <w:trPr>
          <w:gridAfter w:val="1"/>
          <w:wAfter w:w="10" w:type="dxa"/>
          <w:cantSplit/>
        </w:trPr>
        <w:tc>
          <w:tcPr>
            <w:tcW w:w="10656" w:type="dxa"/>
            <w:gridSpan w:val="2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BE1DCA0" w14:textId="77777777" w:rsidR="00BD1454" w:rsidRDefault="00000000">
            <w:r>
              <w:t>☐ Access lids secure and rated for load</w:t>
            </w:r>
          </w:p>
        </w:tc>
      </w:tr>
      <w:tr w:rsidR="00BD1454" w14:paraId="10CA66FA" w14:textId="77777777">
        <w:trPr>
          <w:gridAfter w:val="1"/>
          <w:wAfter w:w="10" w:type="dxa"/>
          <w:cantSplit/>
        </w:trPr>
        <w:tc>
          <w:tcPr>
            <w:tcW w:w="10656" w:type="dxa"/>
            <w:gridSpan w:val="2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B57C26C" w14:textId="43658239" w:rsidR="00BD1454" w:rsidRDefault="00000000">
            <w:r>
              <w:t>☐ Inlet baffle intact     ☐ Outlet baffle intact     ☐ Baffle dama</w:t>
            </w:r>
            <w:r w:rsidR="00753E4F">
              <w:t>g</w:t>
            </w:r>
            <w:r>
              <w:t>e observed</w:t>
            </w:r>
          </w:p>
        </w:tc>
      </w:tr>
      <w:tr w:rsidR="00BD1454" w14:paraId="28A260CB" w14:textId="77777777">
        <w:trPr>
          <w:gridAfter w:val="1"/>
          <w:wAfter w:w="10" w:type="dxa"/>
          <w:cantSplit/>
        </w:trPr>
        <w:tc>
          <w:tcPr>
            <w:tcW w:w="10656" w:type="dxa"/>
            <w:gridSpan w:val="2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FDD5212" w14:textId="765B4A53" w:rsidR="00BD1454" w:rsidRDefault="00000000">
            <w:r>
              <w:t>☐ Seams/</w:t>
            </w:r>
            <w:r w:rsidR="00753E4F">
              <w:t>j</w:t>
            </w:r>
            <w:r>
              <w:t>oints intact     ☐ Leakage observed</w:t>
            </w:r>
          </w:p>
        </w:tc>
      </w:tr>
      <w:tr w:rsidR="00BD1454" w14:paraId="4EAA7AD6" w14:textId="77777777">
        <w:trPr>
          <w:gridAfter w:val="1"/>
          <w:wAfter w:w="10" w:type="dxa"/>
          <w:cantSplit/>
        </w:trPr>
        <w:tc>
          <w:tcPr>
            <w:tcW w:w="10656" w:type="dxa"/>
            <w:gridSpan w:val="2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86826EE" w14:textId="41DD0F1A" w:rsidR="00BD1454" w:rsidRDefault="00000000">
            <w:r>
              <w:t>☐ No infiltration/exfiltration     ☐ Leaka</w:t>
            </w:r>
            <w:r w:rsidR="00753E4F">
              <w:t>g</w:t>
            </w:r>
            <w:r>
              <w:t>e present</w:t>
            </w:r>
          </w:p>
        </w:tc>
      </w:tr>
      <w:tr w:rsidR="00BD1454" w14:paraId="4B92CB2E" w14:textId="77777777">
        <w:trPr>
          <w:gridAfter w:val="1"/>
          <w:wAfter w:w="10" w:type="dxa"/>
          <w:cantSplit/>
        </w:trPr>
        <w:tc>
          <w:tcPr>
            <w:tcW w:w="10656" w:type="dxa"/>
            <w:gridSpan w:val="2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D373FAD" w14:textId="0678DFB9" w:rsidR="00BD1454" w:rsidRDefault="00000000">
            <w:r>
              <w:t>☐ Site free of stressors (traffic, roots, loadin</w:t>
            </w:r>
            <w:r w:rsidR="00753E4F">
              <w:t>g</w:t>
            </w:r>
            <w:r>
              <w:t>)     ☐ Stress observed</w:t>
            </w:r>
          </w:p>
        </w:tc>
      </w:tr>
      <w:tr w:rsidR="00BD1454" w14:paraId="0A8B5CEF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897CF3" w14:textId="2C9BF069" w:rsidR="00BD1454" w:rsidRDefault="00000000">
            <w:r>
              <w:rPr>
                <w:b/>
              </w:rPr>
              <w:t xml:space="preserve">Structural Summary: </w:t>
            </w:r>
            <w:r>
              <w:t>☐ Sound   ☐ Minor Issues (monitor)   ☐ Si</w:t>
            </w:r>
            <w:r w:rsidR="00753E4F">
              <w:t>g</w:t>
            </w:r>
            <w:r>
              <w:t xml:space="preserve">nificant Issues   </w:t>
            </w:r>
          </w:p>
        </w:tc>
      </w:tr>
      <w:tr w:rsidR="00BD1454" w14:paraId="7CC755BB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78EA75" w14:textId="6669A7B6" w:rsidR="00BD1454" w:rsidRDefault="00000000">
            <w:r>
              <w:rPr>
                <w:b/>
              </w:rPr>
              <w:t xml:space="preserve">If Significant Issues: </w:t>
            </w:r>
            <w:r>
              <w:t>☐ Repair   ☐ Re</w:t>
            </w:r>
            <w:r w:rsidR="00753E4F">
              <w:t>p</w:t>
            </w:r>
            <w:r>
              <w:t xml:space="preserve">lace   </w:t>
            </w:r>
          </w:p>
        </w:tc>
      </w:tr>
      <w:tr w:rsidR="00BD1454" w14:paraId="113EFF7B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30CEDD" w14:textId="5EBEF220" w:rsidR="00BD1454" w:rsidRDefault="00000000">
            <w:pPr>
              <w:spacing w:after="20"/>
            </w:pPr>
            <w:r>
              <w:rPr>
                <w:b/>
              </w:rPr>
              <w:t xml:space="preserve">Inspector Notes: </w:t>
            </w:r>
            <w:r>
              <w:t>____________________</w:t>
            </w:r>
            <w:r w:rsidR="004E5155">
              <w:t>________________________________________________________________</w:t>
            </w:r>
          </w:p>
          <w:p w14:paraId="197CA55E" w14:textId="27060949" w:rsidR="00BD1454" w:rsidRDefault="00000000">
            <w:pPr>
              <w:spacing w:before="20" w:after="20"/>
            </w:pPr>
            <w:r>
              <w:t>________________________________________________</w:t>
            </w:r>
            <w:r w:rsidR="004E5155">
              <w:t>__________________________________________________</w:t>
            </w:r>
          </w:p>
          <w:p w14:paraId="5DE0B9A6" w14:textId="144AE62A" w:rsidR="00BD1454" w:rsidRDefault="00000000">
            <w:pPr>
              <w:spacing w:before="20" w:after="20"/>
            </w:pPr>
            <w:r>
              <w:t>________________________________________________</w:t>
            </w:r>
            <w:r w:rsidR="004E5155">
              <w:t>__________________________________________________</w:t>
            </w:r>
          </w:p>
        </w:tc>
      </w:tr>
      <w:tr w:rsidR="00BD1454" w14:paraId="645DCE1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56" w:type="dxa"/>
            <w:gridSpan w:val="3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DBD3EC" w14:textId="77777777" w:rsidR="00BD1454" w:rsidRDefault="00000000">
            <w:pPr>
              <w:keepNext/>
            </w:pPr>
            <w:r>
              <w:rPr>
                <w:b/>
                <w:sz w:val="21"/>
              </w:rPr>
              <w:t>6. Inspection Summary</w:t>
            </w:r>
          </w:p>
        </w:tc>
      </w:tr>
      <w:tr w:rsidR="00BD1454" w14:paraId="1B04D559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B81B86" w14:textId="1C8C8933" w:rsidR="00BD1454" w:rsidRDefault="00000000">
            <w:r>
              <w:rPr>
                <w:b/>
              </w:rPr>
              <w:t>Is the tank functioning properly until next ins</w:t>
            </w:r>
            <w:r w:rsidR="00753E4F">
              <w:rPr>
                <w:b/>
              </w:rPr>
              <w:t>p</w:t>
            </w:r>
            <w:r>
              <w:rPr>
                <w:b/>
              </w:rPr>
              <w:t xml:space="preserve">ection? </w:t>
            </w:r>
            <w:r>
              <w:t xml:space="preserve">☐ Yes   ☐ No   </w:t>
            </w:r>
          </w:p>
        </w:tc>
      </w:tr>
      <w:tr w:rsidR="00BD1454" w14:paraId="41AB62D3" w14:textId="77777777">
        <w:trPr>
          <w:cantSplit/>
        </w:trPr>
        <w:tc>
          <w:tcPr>
            <w:tcW w:w="1065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797FF1" w14:textId="6F71D881" w:rsidR="00BD1454" w:rsidRDefault="00000000">
            <w:pPr>
              <w:spacing w:after="20"/>
            </w:pPr>
            <w:r>
              <w:rPr>
                <w:b/>
              </w:rPr>
              <w:t xml:space="preserve">Recommended improvements: </w:t>
            </w:r>
            <w:r>
              <w:t>________________</w:t>
            </w:r>
            <w:r w:rsidR="004E5155">
              <w:t>________________________________________________________</w:t>
            </w:r>
          </w:p>
          <w:p w14:paraId="072DF468" w14:textId="7A0D7C8A" w:rsidR="00BD1454" w:rsidRDefault="00000000">
            <w:pPr>
              <w:spacing w:before="20" w:after="20"/>
            </w:pPr>
            <w:r>
              <w:t>________________________________________________</w:t>
            </w:r>
            <w:r w:rsidR="004E5155">
              <w:t>___________________________________________________</w:t>
            </w:r>
          </w:p>
          <w:p w14:paraId="0905E192" w14:textId="15273DDA" w:rsidR="00BD1454" w:rsidRDefault="00000000">
            <w:pPr>
              <w:spacing w:before="20" w:after="20"/>
            </w:pPr>
            <w:r>
              <w:t>________________________________________________</w:t>
            </w:r>
            <w:r w:rsidR="004E5155">
              <w:t>___________________________________________________</w:t>
            </w:r>
          </w:p>
        </w:tc>
      </w:tr>
      <w:tr w:rsidR="00BD1454" w14:paraId="478B8E4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56" w:type="dxa"/>
            <w:gridSpan w:val="3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FB08C0" w14:textId="77777777" w:rsidR="00BD1454" w:rsidRDefault="00000000">
            <w:pPr>
              <w:keepNext/>
            </w:pPr>
            <w:r>
              <w:rPr>
                <w:b/>
                <w:sz w:val="21"/>
              </w:rPr>
              <w:t>7. Inspector Certification</w:t>
            </w:r>
          </w:p>
        </w:tc>
      </w:tr>
    </w:tbl>
    <w:p w14:paraId="4FDD5204" w14:textId="77777777" w:rsidR="00BD1454" w:rsidRDefault="00000000">
      <w:pPr>
        <w:spacing w:before="40" w:after="80"/>
      </w:pPr>
      <w:r>
        <w:t>I certify this inspection was completed to the best of my knowledge.</w:t>
      </w:r>
    </w:p>
    <w:tbl>
      <w:tblPr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D1454" w14:paraId="6116A1E4" w14:textId="77777777">
        <w:trPr>
          <w:cantSplit/>
        </w:trPr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A04DB3" w14:textId="048647A9" w:rsidR="00BD1454" w:rsidRDefault="00000000">
            <w:pPr>
              <w:spacing w:after="20"/>
            </w:pPr>
            <w:r>
              <w:rPr>
                <w:b/>
              </w:rPr>
              <w:t xml:space="preserve">Inspector's Name: </w:t>
            </w:r>
            <w:r>
              <w:t>____________________</w:t>
            </w:r>
            <w:r w:rsidR="004E5155">
              <w:t>_________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D1BB99" w14:textId="5AD70266" w:rsidR="00BD1454" w:rsidRDefault="00000000">
            <w:pPr>
              <w:spacing w:after="20"/>
            </w:pPr>
            <w:r>
              <w:rPr>
                <w:b/>
              </w:rPr>
              <w:t xml:space="preserve">Date: </w:t>
            </w:r>
            <w:r>
              <w:t>__________________________</w:t>
            </w:r>
            <w:r w:rsidR="004E5155">
              <w:t>______</w:t>
            </w:r>
          </w:p>
        </w:tc>
      </w:tr>
      <w:tr w:rsidR="00BD1454" w14:paraId="048E2DA2" w14:textId="77777777">
        <w:trPr>
          <w:cantSplit/>
        </w:trPr>
        <w:tc>
          <w:tcPr>
            <w:tcW w:w="10656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4D8258" w14:textId="07CDA96C" w:rsidR="00BD1454" w:rsidRDefault="00000000">
            <w:pPr>
              <w:spacing w:after="20"/>
            </w:pPr>
            <w:r>
              <w:rPr>
                <w:b/>
              </w:rPr>
              <w:t xml:space="preserve">Inspector's Signature: </w:t>
            </w:r>
            <w:r>
              <w:t>_________________</w:t>
            </w:r>
            <w:r w:rsidR="004E5155">
              <w:t>_____________</w:t>
            </w:r>
          </w:p>
        </w:tc>
      </w:tr>
    </w:tbl>
    <w:p w14:paraId="5D795426" w14:textId="77777777" w:rsidR="00472713" w:rsidRDefault="00472713"/>
    <w:sectPr w:rsidR="00472713" w:rsidSect="00034616">
      <w:footerReference w:type="default" r:id="rId8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3CCDB" w14:textId="77777777" w:rsidR="00782F32" w:rsidRDefault="00782F32">
      <w:r>
        <w:separator/>
      </w:r>
    </w:p>
  </w:endnote>
  <w:endnote w:type="continuationSeparator" w:id="0">
    <w:p w14:paraId="367DE72B" w14:textId="77777777" w:rsidR="00782F32" w:rsidRDefault="00782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DEBB" w14:textId="7B49BA5F" w:rsidR="00BD1454" w:rsidRDefault="004E5155">
    <w:pPr>
      <w:pStyle w:val="Footer"/>
      <w:jc w:val="center"/>
    </w:pPr>
    <w:r>
      <w:rPr>
        <w:sz w:val="16"/>
      </w:rPr>
      <w:t xml:space="preserve">LCSD SST Inspection Form  |  Page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73941" w14:textId="77777777" w:rsidR="00782F32" w:rsidRDefault="00782F32">
      <w:r>
        <w:separator/>
      </w:r>
    </w:p>
  </w:footnote>
  <w:footnote w:type="continuationSeparator" w:id="0">
    <w:p w14:paraId="28CFAC86" w14:textId="77777777" w:rsidR="00782F32" w:rsidRDefault="00782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6272860">
    <w:abstractNumId w:val="8"/>
  </w:num>
  <w:num w:numId="2" w16cid:durableId="1733194466">
    <w:abstractNumId w:val="6"/>
  </w:num>
  <w:num w:numId="3" w16cid:durableId="1076240550">
    <w:abstractNumId w:val="5"/>
  </w:num>
  <w:num w:numId="4" w16cid:durableId="523254080">
    <w:abstractNumId w:val="4"/>
  </w:num>
  <w:num w:numId="5" w16cid:durableId="576135553">
    <w:abstractNumId w:val="7"/>
  </w:num>
  <w:num w:numId="6" w16cid:durableId="820850681">
    <w:abstractNumId w:val="3"/>
  </w:num>
  <w:num w:numId="7" w16cid:durableId="1734428611">
    <w:abstractNumId w:val="2"/>
  </w:num>
  <w:num w:numId="8" w16cid:durableId="1020468475">
    <w:abstractNumId w:val="1"/>
  </w:num>
  <w:num w:numId="9" w16cid:durableId="1984850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6HfgVHKKFscH+O5n4KLn11VNWNoBZQFT4oS8tmDPAvUSNBTs6QgVGKmC5NguEr+NphmYxv0BICV+Sha9sgeXYw==" w:salt="ft0nVwL4H16nhMvEv9jJaw==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0E4B"/>
    <w:rsid w:val="0015074B"/>
    <w:rsid w:val="00254A68"/>
    <w:rsid w:val="00262F23"/>
    <w:rsid w:val="0029639D"/>
    <w:rsid w:val="00326F90"/>
    <w:rsid w:val="00472713"/>
    <w:rsid w:val="004E5155"/>
    <w:rsid w:val="00531C58"/>
    <w:rsid w:val="00753E4F"/>
    <w:rsid w:val="00782F32"/>
    <w:rsid w:val="00911CB6"/>
    <w:rsid w:val="00A45FB8"/>
    <w:rsid w:val="00AA1D8D"/>
    <w:rsid w:val="00AF0D52"/>
    <w:rsid w:val="00B47730"/>
    <w:rsid w:val="00BD1454"/>
    <w:rsid w:val="00CB0664"/>
    <w:rsid w:val="00D70422"/>
    <w:rsid w:val="00F524FA"/>
    <w:rsid w:val="00F945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E6F08A"/>
  <w14:defaultImageDpi w14:val="300"/>
  <w15:docId w15:val="{9BA4FF38-EFEF-4D5B-B407-BE614C25C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262F23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786</Words>
  <Characters>4486</Characters>
  <Application>Microsoft Office Word</Application>
  <DocSecurity>8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Timothy Shaffery</cp:lastModifiedBy>
  <cp:revision>2</cp:revision>
  <cp:lastPrinted>2026-09-07T20:36:00Z</cp:lastPrinted>
  <dcterms:created xsi:type="dcterms:W3CDTF">2026-09-11T15:11:00Z</dcterms:created>
  <dcterms:modified xsi:type="dcterms:W3CDTF">2026-09-11T15:11:00Z</dcterms:modified>
  <cp:category/>
</cp:coreProperties>
</file>